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AFB7A" w14:textId="56C36F73" w:rsidR="00F87413" w:rsidRDefault="7CAD9B60" w:rsidP="5B19BDDA">
      <w:pPr>
        <w:spacing w:line="360" w:lineRule="auto"/>
        <w:jc w:val="center"/>
      </w:pPr>
      <w:r w:rsidRPr="5B19BDDA">
        <w:rPr>
          <w:b/>
          <w:bCs/>
        </w:rPr>
        <w:t xml:space="preserve">ANLAGE 1 </w:t>
      </w:r>
      <w:r w:rsidR="00D2092B">
        <w:rPr>
          <w:b/>
        </w:rPr>
        <w:t>ZUR ANGEBOTSABGABE</w:t>
      </w:r>
    </w:p>
    <w:p w14:paraId="4C388098" w14:textId="77777777" w:rsidR="00F87413" w:rsidRDefault="7CAD9B60" w:rsidP="5B19BDDA">
      <w:pPr>
        <w:spacing w:line="360" w:lineRule="auto"/>
        <w:jc w:val="center"/>
      </w:pPr>
      <w:r w:rsidRPr="5B19BDDA">
        <w:rPr>
          <w:b/>
          <w:bCs/>
        </w:rPr>
        <w:t>ANGEBOTSFORMBLATT</w:t>
      </w:r>
    </w:p>
    <w:tbl>
      <w:tblPr>
        <w:tblStyle w:val="TableGrid"/>
        <w:tblW w:w="0" w:type="auto"/>
        <w:jc w:val="center"/>
        <w:tblLook w:val="04A0" w:firstRow="1" w:lastRow="0" w:firstColumn="1" w:lastColumn="0" w:noHBand="0" w:noVBand="1"/>
      </w:tblPr>
      <w:tblGrid>
        <w:gridCol w:w="4923"/>
        <w:gridCol w:w="4925"/>
      </w:tblGrid>
      <w:tr w:rsidR="00F87413" w14:paraId="0B8ABDFE" w14:textId="77777777" w:rsidTr="00611354">
        <w:trPr>
          <w:jc w:val="center"/>
        </w:trPr>
        <w:tc>
          <w:tcPr>
            <w:tcW w:w="4929" w:type="dxa"/>
            <w:shd w:val="clear" w:color="auto" w:fill="D9D9D9" w:themeFill="background1" w:themeFillShade="D9"/>
          </w:tcPr>
          <w:p w14:paraId="1AA72B20" w14:textId="77777777" w:rsidR="00F87413" w:rsidRPr="00122DEA" w:rsidRDefault="7CAD9B60" w:rsidP="5B19BDDA">
            <w:pPr>
              <w:spacing w:after="0" w:line="360" w:lineRule="auto"/>
              <w:rPr>
                <w:b/>
              </w:rPr>
            </w:pPr>
            <w:r w:rsidRPr="00122DEA">
              <w:rPr>
                <w:b/>
                <w:lang w:val="en-US"/>
              </w:rPr>
              <w:t>Auftraggeber</w:t>
            </w:r>
          </w:p>
        </w:tc>
        <w:tc>
          <w:tcPr>
            <w:tcW w:w="4929" w:type="dxa"/>
          </w:tcPr>
          <w:p w14:paraId="46133D4E" w14:textId="77777777" w:rsidR="00F87413" w:rsidRDefault="7CAD9B60" w:rsidP="5B19BDDA">
            <w:pPr>
              <w:spacing w:after="0" w:line="360" w:lineRule="auto"/>
            </w:pPr>
            <w:r w:rsidRPr="009B1850">
              <w:t>Botschaft der Republik Kroatien in der Bundesrepublik Deutschland</w:t>
            </w:r>
          </w:p>
        </w:tc>
      </w:tr>
      <w:tr w:rsidR="00F87413" w14:paraId="7A693445" w14:textId="77777777" w:rsidTr="00611354">
        <w:trPr>
          <w:jc w:val="center"/>
        </w:trPr>
        <w:tc>
          <w:tcPr>
            <w:tcW w:w="4929" w:type="dxa"/>
            <w:shd w:val="clear" w:color="auto" w:fill="D9D9D9" w:themeFill="background1" w:themeFillShade="D9"/>
          </w:tcPr>
          <w:p w14:paraId="0E84EB11" w14:textId="77777777" w:rsidR="00F87413" w:rsidRPr="00122DEA" w:rsidRDefault="7CAD9B60" w:rsidP="5B19BDDA">
            <w:pPr>
              <w:spacing w:after="0" w:line="360" w:lineRule="auto"/>
              <w:rPr>
                <w:b/>
              </w:rPr>
            </w:pPr>
            <w:r w:rsidRPr="00122DEA">
              <w:rPr>
                <w:b/>
                <w:lang w:val="en-US"/>
              </w:rPr>
              <w:t>Anschrift des Auftraggebers</w:t>
            </w:r>
          </w:p>
        </w:tc>
        <w:tc>
          <w:tcPr>
            <w:tcW w:w="4929" w:type="dxa"/>
          </w:tcPr>
          <w:p w14:paraId="7670A5F2" w14:textId="77777777" w:rsidR="00F87413" w:rsidRDefault="7CAD9B60" w:rsidP="5B19BDDA">
            <w:pPr>
              <w:spacing w:after="0" w:line="360" w:lineRule="auto"/>
            </w:pPr>
            <w:r w:rsidRPr="5B19BDDA">
              <w:rPr>
                <w:lang w:val="en-US"/>
              </w:rPr>
              <w:t>Ahornstraße 4, 10787 Berlin</w:t>
            </w:r>
          </w:p>
        </w:tc>
      </w:tr>
      <w:tr w:rsidR="00F87413" w14:paraId="56BA8823" w14:textId="77777777" w:rsidTr="00611354">
        <w:trPr>
          <w:jc w:val="center"/>
        </w:trPr>
        <w:tc>
          <w:tcPr>
            <w:tcW w:w="4929" w:type="dxa"/>
            <w:shd w:val="clear" w:color="auto" w:fill="D9D9D9" w:themeFill="background1" w:themeFillShade="D9"/>
          </w:tcPr>
          <w:p w14:paraId="3010F378" w14:textId="0E71CA01" w:rsidR="00F87413" w:rsidRPr="00122DEA" w:rsidRDefault="7CAD9B60" w:rsidP="5B19BDDA">
            <w:pPr>
              <w:spacing w:after="0" w:line="360" w:lineRule="auto"/>
              <w:rPr>
                <w:b/>
              </w:rPr>
            </w:pPr>
            <w:r w:rsidRPr="00122DEA">
              <w:rPr>
                <w:b/>
                <w:lang w:val="en-US"/>
              </w:rPr>
              <w:t>Gegenstand de</w:t>
            </w:r>
            <w:r w:rsidR="670E69C1" w:rsidRPr="00122DEA">
              <w:rPr>
                <w:b/>
                <w:lang w:val="en-US"/>
              </w:rPr>
              <w:t>s Auftrags</w:t>
            </w:r>
          </w:p>
        </w:tc>
        <w:tc>
          <w:tcPr>
            <w:tcW w:w="4929" w:type="dxa"/>
          </w:tcPr>
          <w:p w14:paraId="58F8233F" w14:textId="077B141D" w:rsidR="00F87413" w:rsidRDefault="00C057A3" w:rsidP="5B19BDDA">
            <w:pPr>
              <w:spacing w:after="0" w:line="360" w:lineRule="auto"/>
            </w:pPr>
            <w:r>
              <w:t>M</w:t>
            </w:r>
            <w:bookmarkStart w:id="0" w:name="_GoBack"/>
            <w:bookmarkEnd w:id="0"/>
            <w:r w:rsidR="7CAD9B60" w:rsidRPr="009B1850">
              <w:t>aklerdienstleistungen im Zusammenhang mit einem möglichen Verkauf der Residenz der Republik Kroatien in Berlin</w:t>
            </w:r>
          </w:p>
        </w:tc>
      </w:tr>
    </w:tbl>
    <w:p w14:paraId="672A6659" w14:textId="77777777" w:rsidR="00F87413" w:rsidRDefault="00F87413" w:rsidP="5B19BDDA">
      <w:pPr>
        <w:spacing w:line="360" w:lineRule="auto"/>
      </w:pPr>
    </w:p>
    <w:p w14:paraId="491ECB12" w14:textId="77777777" w:rsidR="00F87413" w:rsidRDefault="7CAD9B60" w:rsidP="5B19BDDA">
      <w:pPr>
        <w:spacing w:line="360" w:lineRule="auto"/>
      </w:pPr>
      <w:r w:rsidRPr="5B19BDDA">
        <w:rPr>
          <w:b/>
          <w:bCs/>
        </w:rPr>
        <w:t>1. ANGABEN ZUM BIETER</w:t>
      </w:r>
    </w:p>
    <w:tbl>
      <w:tblPr>
        <w:tblStyle w:val="TableGrid"/>
        <w:tblW w:w="0" w:type="auto"/>
        <w:jc w:val="center"/>
        <w:tblLook w:val="04A0" w:firstRow="1" w:lastRow="0" w:firstColumn="1" w:lastColumn="0" w:noHBand="0" w:noVBand="1"/>
      </w:tblPr>
      <w:tblGrid>
        <w:gridCol w:w="4926"/>
        <w:gridCol w:w="4922"/>
      </w:tblGrid>
      <w:tr w:rsidR="00F87413" w14:paraId="57DA8A62" w14:textId="77777777" w:rsidTr="00611354">
        <w:trPr>
          <w:jc w:val="center"/>
        </w:trPr>
        <w:tc>
          <w:tcPr>
            <w:tcW w:w="4929" w:type="dxa"/>
            <w:shd w:val="clear" w:color="auto" w:fill="F2F2F2" w:themeFill="background1" w:themeFillShade="F2"/>
          </w:tcPr>
          <w:p w14:paraId="1C8E50F1" w14:textId="77777777" w:rsidR="00F87413" w:rsidRPr="00122DEA" w:rsidRDefault="7CAD9B60" w:rsidP="5B19BDDA">
            <w:pPr>
              <w:spacing w:after="0" w:line="360" w:lineRule="auto"/>
              <w:rPr>
                <w:b/>
              </w:rPr>
            </w:pPr>
            <w:r w:rsidRPr="00122DEA">
              <w:rPr>
                <w:b/>
                <w:lang w:val="en-US"/>
              </w:rPr>
              <w:t>Name/Firma des Bieters</w:t>
            </w:r>
          </w:p>
        </w:tc>
        <w:tc>
          <w:tcPr>
            <w:tcW w:w="4929" w:type="dxa"/>
          </w:tcPr>
          <w:p w14:paraId="0A37501D" w14:textId="77777777" w:rsidR="00F87413" w:rsidRDefault="00F87413" w:rsidP="5B19BDDA">
            <w:pPr>
              <w:spacing w:after="0" w:line="360" w:lineRule="auto"/>
            </w:pPr>
          </w:p>
        </w:tc>
      </w:tr>
      <w:tr w:rsidR="00F87413" w14:paraId="3DE82907" w14:textId="77777777" w:rsidTr="00611354">
        <w:trPr>
          <w:jc w:val="center"/>
        </w:trPr>
        <w:tc>
          <w:tcPr>
            <w:tcW w:w="4929" w:type="dxa"/>
            <w:shd w:val="clear" w:color="auto" w:fill="F2F2F2" w:themeFill="background1" w:themeFillShade="F2"/>
          </w:tcPr>
          <w:p w14:paraId="5ACED740" w14:textId="77777777" w:rsidR="00F87413" w:rsidRPr="00122DEA" w:rsidRDefault="7CAD9B60" w:rsidP="5B19BDDA">
            <w:pPr>
              <w:spacing w:after="0" w:line="360" w:lineRule="auto"/>
              <w:rPr>
                <w:b/>
              </w:rPr>
            </w:pPr>
            <w:r w:rsidRPr="00122DEA">
              <w:rPr>
                <w:b/>
                <w:lang w:val="en-US"/>
              </w:rPr>
              <w:t>Sitz / Anschrift</w:t>
            </w:r>
          </w:p>
        </w:tc>
        <w:tc>
          <w:tcPr>
            <w:tcW w:w="4929" w:type="dxa"/>
          </w:tcPr>
          <w:p w14:paraId="5DAB6C7B" w14:textId="77777777" w:rsidR="00F87413" w:rsidRDefault="00F87413" w:rsidP="5B19BDDA">
            <w:pPr>
              <w:spacing w:after="0" w:line="360" w:lineRule="auto"/>
            </w:pPr>
          </w:p>
        </w:tc>
      </w:tr>
      <w:tr w:rsidR="00F87413" w14:paraId="3CC9CB63" w14:textId="77777777" w:rsidTr="00611354">
        <w:trPr>
          <w:jc w:val="center"/>
        </w:trPr>
        <w:tc>
          <w:tcPr>
            <w:tcW w:w="4929" w:type="dxa"/>
            <w:shd w:val="clear" w:color="auto" w:fill="F2F2F2" w:themeFill="background1" w:themeFillShade="F2"/>
          </w:tcPr>
          <w:p w14:paraId="54AFB8E9" w14:textId="77777777" w:rsidR="00F87413" w:rsidRPr="00122DEA" w:rsidRDefault="7CAD9B60" w:rsidP="5B19BDDA">
            <w:pPr>
              <w:spacing w:after="0" w:line="360" w:lineRule="auto"/>
              <w:rPr>
                <w:b/>
              </w:rPr>
            </w:pPr>
            <w:r w:rsidRPr="00122DEA">
              <w:rPr>
                <w:b/>
                <w:lang w:val="en-US"/>
              </w:rPr>
              <w:t>Register- / Identifikationsnummer</w:t>
            </w:r>
          </w:p>
        </w:tc>
        <w:tc>
          <w:tcPr>
            <w:tcW w:w="4929" w:type="dxa"/>
          </w:tcPr>
          <w:p w14:paraId="02EB378F" w14:textId="77777777" w:rsidR="00F87413" w:rsidRDefault="00F87413" w:rsidP="5B19BDDA">
            <w:pPr>
              <w:spacing w:after="0" w:line="360" w:lineRule="auto"/>
            </w:pPr>
          </w:p>
        </w:tc>
      </w:tr>
      <w:tr w:rsidR="00F87413" w14:paraId="48E73BD8" w14:textId="77777777" w:rsidTr="00611354">
        <w:trPr>
          <w:jc w:val="center"/>
        </w:trPr>
        <w:tc>
          <w:tcPr>
            <w:tcW w:w="4929" w:type="dxa"/>
            <w:shd w:val="clear" w:color="auto" w:fill="F2F2F2" w:themeFill="background1" w:themeFillShade="F2"/>
          </w:tcPr>
          <w:p w14:paraId="3B6148DB" w14:textId="77777777" w:rsidR="00F87413" w:rsidRPr="00122DEA" w:rsidRDefault="7CAD9B60" w:rsidP="5B19BDDA">
            <w:pPr>
              <w:spacing w:after="0" w:line="360" w:lineRule="auto"/>
              <w:rPr>
                <w:b/>
              </w:rPr>
            </w:pPr>
            <w:r w:rsidRPr="00122DEA">
              <w:rPr>
                <w:b/>
                <w:lang w:val="en-US"/>
              </w:rPr>
              <w:t>Umsatzsteuer-Identifikationsnummer, soweit zutreffend</w:t>
            </w:r>
          </w:p>
        </w:tc>
        <w:tc>
          <w:tcPr>
            <w:tcW w:w="4929" w:type="dxa"/>
          </w:tcPr>
          <w:p w14:paraId="6A05A809" w14:textId="77777777" w:rsidR="00F87413" w:rsidRDefault="00F87413" w:rsidP="5B19BDDA">
            <w:pPr>
              <w:spacing w:after="0" w:line="360" w:lineRule="auto"/>
            </w:pPr>
          </w:p>
        </w:tc>
      </w:tr>
      <w:tr w:rsidR="00F87413" w14:paraId="68562FEC" w14:textId="77777777" w:rsidTr="00611354">
        <w:trPr>
          <w:jc w:val="center"/>
        </w:trPr>
        <w:tc>
          <w:tcPr>
            <w:tcW w:w="4929" w:type="dxa"/>
            <w:shd w:val="clear" w:color="auto" w:fill="F2F2F2" w:themeFill="background1" w:themeFillShade="F2"/>
          </w:tcPr>
          <w:p w14:paraId="5A8465E0" w14:textId="77777777" w:rsidR="00F87413" w:rsidRPr="00122DEA" w:rsidRDefault="7CAD9B60" w:rsidP="5B19BDDA">
            <w:pPr>
              <w:spacing w:after="0" w:line="360" w:lineRule="auto"/>
              <w:rPr>
                <w:b/>
              </w:rPr>
            </w:pPr>
            <w:r w:rsidRPr="00122DEA">
              <w:rPr>
                <w:b/>
              </w:rPr>
              <w:t>Vor- und Nachname der vertretungsberechtigten Person</w:t>
            </w:r>
          </w:p>
        </w:tc>
        <w:tc>
          <w:tcPr>
            <w:tcW w:w="4929" w:type="dxa"/>
          </w:tcPr>
          <w:p w14:paraId="5A39BBE3" w14:textId="77777777" w:rsidR="00F87413" w:rsidRDefault="00F87413" w:rsidP="5B19BDDA">
            <w:pPr>
              <w:spacing w:after="0" w:line="360" w:lineRule="auto"/>
            </w:pPr>
          </w:p>
        </w:tc>
      </w:tr>
      <w:tr w:rsidR="00F87413" w14:paraId="7B46F329" w14:textId="77777777" w:rsidTr="00611354">
        <w:trPr>
          <w:jc w:val="center"/>
        </w:trPr>
        <w:tc>
          <w:tcPr>
            <w:tcW w:w="4929" w:type="dxa"/>
            <w:shd w:val="clear" w:color="auto" w:fill="F2F2F2" w:themeFill="background1" w:themeFillShade="F2"/>
          </w:tcPr>
          <w:p w14:paraId="17253CAD" w14:textId="77777777" w:rsidR="00F87413" w:rsidRPr="00122DEA" w:rsidRDefault="7CAD9B60" w:rsidP="5B19BDDA">
            <w:pPr>
              <w:spacing w:after="0" w:line="360" w:lineRule="auto"/>
              <w:rPr>
                <w:b/>
              </w:rPr>
            </w:pPr>
            <w:r w:rsidRPr="00122DEA">
              <w:rPr>
                <w:b/>
                <w:lang w:val="en-US"/>
              </w:rPr>
              <w:t>Ansprechpartner/in</w:t>
            </w:r>
          </w:p>
        </w:tc>
        <w:tc>
          <w:tcPr>
            <w:tcW w:w="4929" w:type="dxa"/>
          </w:tcPr>
          <w:p w14:paraId="41C8F396" w14:textId="77777777" w:rsidR="00F87413" w:rsidRDefault="00F87413" w:rsidP="5B19BDDA">
            <w:pPr>
              <w:spacing w:after="0" w:line="360" w:lineRule="auto"/>
            </w:pPr>
          </w:p>
        </w:tc>
      </w:tr>
      <w:tr w:rsidR="00F87413" w14:paraId="73F1043E" w14:textId="77777777" w:rsidTr="00611354">
        <w:trPr>
          <w:jc w:val="center"/>
        </w:trPr>
        <w:tc>
          <w:tcPr>
            <w:tcW w:w="4929" w:type="dxa"/>
            <w:shd w:val="clear" w:color="auto" w:fill="F2F2F2" w:themeFill="background1" w:themeFillShade="F2"/>
          </w:tcPr>
          <w:p w14:paraId="53C88C31" w14:textId="77777777" w:rsidR="00F87413" w:rsidRPr="00122DEA" w:rsidRDefault="7CAD9B60" w:rsidP="5B19BDDA">
            <w:pPr>
              <w:spacing w:after="0" w:line="360" w:lineRule="auto"/>
              <w:rPr>
                <w:b/>
              </w:rPr>
            </w:pPr>
            <w:r w:rsidRPr="00122DEA">
              <w:rPr>
                <w:b/>
                <w:lang w:val="en-US"/>
              </w:rPr>
              <w:t>Telefon</w:t>
            </w:r>
          </w:p>
        </w:tc>
        <w:tc>
          <w:tcPr>
            <w:tcW w:w="4929" w:type="dxa"/>
          </w:tcPr>
          <w:p w14:paraId="72A3D3EC" w14:textId="77777777" w:rsidR="00F87413" w:rsidRDefault="00F87413" w:rsidP="5B19BDDA">
            <w:pPr>
              <w:spacing w:after="0" w:line="360" w:lineRule="auto"/>
            </w:pPr>
          </w:p>
        </w:tc>
      </w:tr>
      <w:tr w:rsidR="00F87413" w14:paraId="1E828451" w14:textId="77777777" w:rsidTr="00611354">
        <w:trPr>
          <w:jc w:val="center"/>
        </w:trPr>
        <w:tc>
          <w:tcPr>
            <w:tcW w:w="4929" w:type="dxa"/>
            <w:shd w:val="clear" w:color="auto" w:fill="F2F2F2" w:themeFill="background1" w:themeFillShade="F2"/>
          </w:tcPr>
          <w:p w14:paraId="399921CB" w14:textId="77777777" w:rsidR="00F87413" w:rsidRPr="00122DEA" w:rsidRDefault="7CAD9B60" w:rsidP="5B19BDDA">
            <w:pPr>
              <w:spacing w:after="0" w:line="360" w:lineRule="auto"/>
              <w:rPr>
                <w:b/>
              </w:rPr>
            </w:pPr>
            <w:r w:rsidRPr="00122DEA">
              <w:rPr>
                <w:b/>
                <w:lang w:val="en-US"/>
              </w:rPr>
              <w:t>E-Mail-Adresse</w:t>
            </w:r>
          </w:p>
        </w:tc>
        <w:tc>
          <w:tcPr>
            <w:tcW w:w="4929" w:type="dxa"/>
          </w:tcPr>
          <w:p w14:paraId="0D0B940D" w14:textId="77777777" w:rsidR="00F87413" w:rsidRDefault="00F87413" w:rsidP="5B19BDDA">
            <w:pPr>
              <w:spacing w:after="0" w:line="360" w:lineRule="auto"/>
            </w:pPr>
          </w:p>
        </w:tc>
      </w:tr>
      <w:tr w:rsidR="00F87413" w14:paraId="1DC87370" w14:textId="77777777" w:rsidTr="00611354">
        <w:trPr>
          <w:jc w:val="center"/>
        </w:trPr>
        <w:tc>
          <w:tcPr>
            <w:tcW w:w="4929" w:type="dxa"/>
            <w:shd w:val="clear" w:color="auto" w:fill="F2F2F2" w:themeFill="background1" w:themeFillShade="F2"/>
          </w:tcPr>
          <w:p w14:paraId="3FE29CE6" w14:textId="77777777" w:rsidR="00F87413" w:rsidRPr="00122DEA" w:rsidRDefault="7CAD9B60" w:rsidP="5B19BDDA">
            <w:pPr>
              <w:spacing w:after="0" w:line="360" w:lineRule="auto"/>
              <w:rPr>
                <w:b/>
              </w:rPr>
            </w:pPr>
            <w:r w:rsidRPr="00122DEA">
              <w:rPr>
                <w:b/>
                <w:lang w:val="en-US"/>
              </w:rPr>
              <w:t>Internetseite</w:t>
            </w:r>
          </w:p>
        </w:tc>
        <w:tc>
          <w:tcPr>
            <w:tcW w:w="4929" w:type="dxa"/>
          </w:tcPr>
          <w:p w14:paraId="0E27B00A" w14:textId="77777777" w:rsidR="00F87413" w:rsidRDefault="00F87413" w:rsidP="5B19BDDA">
            <w:pPr>
              <w:spacing w:after="0" w:line="360" w:lineRule="auto"/>
            </w:pPr>
          </w:p>
        </w:tc>
      </w:tr>
    </w:tbl>
    <w:p w14:paraId="60061E4C" w14:textId="77777777" w:rsidR="00F87413" w:rsidRDefault="00F87413" w:rsidP="5B19BDDA">
      <w:pPr>
        <w:spacing w:line="360" w:lineRule="auto"/>
      </w:pPr>
    </w:p>
    <w:p w14:paraId="4ECE2E80" w14:textId="77777777" w:rsidR="00F87413" w:rsidRDefault="7CAD9B60" w:rsidP="5B19BDDA">
      <w:pPr>
        <w:spacing w:line="360" w:lineRule="auto"/>
      </w:pPr>
      <w:r w:rsidRPr="5B19BDDA">
        <w:rPr>
          <w:b/>
          <w:bCs/>
        </w:rPr>
        <w:t>2. DAUER DER BEAUFTRAGUNG UND VORGESCHLAGENER ZEITPLAN</w:t>
      </w:r>
    </w:p>
    <w:p w14:paraId="547ABE5F" w14:textId="55D130FB" w:rsidR="00F87413" w:rsidRDefault="7CAD9B60" w:rsidP="5B19BDDA">
      <w:pPr>
        <w:spacing w:line="360" w:lineRule="auto"/>
      </w:pPr>
      <w:r w:rsidRPr="009B1850">
        <w:t xml:space="preserve">Vorgeschlagene Dauer der </w:t>
      </w:r>
      <w:r w:rsidR="4DF4DFF1" w:rsidRPr="009B1850">
        <w:t>Leistung</w:t>
      </w:r>
      <w:r w:rsidRPr="009B1850">
        <w:t>: _______________________________________</w:t>
      </w:r>
    </w:p>
    <w:p w14:paraId="3BB101F5" w14:textId="77777777" w:rsidR="00F87413" w:rsidRDefault="7CAD9B60" w:rsidP="5B19BDDA">
      <w:pPr>
        <w:spacing w:line="360" w:lineRule="auto"/>
      </w:pPr>
      <w:r w:rsidRPr="009B1850">
        <w:t>Kurze Darstellung des vorgeschlagenen zeitlichen Ablaufs der Leistungserbringung:</w:t>
      </w:r>
    </w:p>
    <w:p w14:paraId="342BE111" w14:textId="77777777" w:rsidR="00F87413" w:rsidRDefault="7CAD9B60" w:rsidP="5B19BDDA">
      <w:pPr>
        <w:spacing w:line="360" w:lineRule="auto"/>
      </w:pPr>
      <w:r>
        <w:t>________________________________________________________________________</w:t>
      </w:r>
    </w:p>
    <w:p w14:paraId="71594E5A" w14:textId="77777777" w:rsidR="00F87413" w:rsidRDefault="7CAD9B60" w:rsidP="5B19BDDA">
      <w:pPr>
        <w:spacing w:line="360" w:lineRule="auto"/>
      </w:pPr>
      <w:r>
        <w:t>________________________________________________________________________</w:t>
      </w:r>
    </w:p>
    <w:p w14:paraId="4E417FB4" w14:textId="793F510D" w:rsidR="5B19BDDA" w:rsidRDefault="5B19BDDA" w:rsidP="5B19BDDA">
      <w:pPr>
        <w:spacing w:line="360" w:lineRule="auto"/>
        <w:rPr>
          <w:b/>
          <w:bCs/>
        </w:rPr>
      </w:pPr>
    </w:p>
    <w:p w14:paraId="7AE9CD6D" w14:textId="0D4B3330" w:rsidR="5B19BDDA" w:rsidRDefault="5B19BDDA" w:rsidP="5B19BDDA">
      <w:pPr>
        <w:spacing w:line="360" w:lineRule="auto"/>
        <w:rPr>
          <w:b/>
          <w:bCs/>
        </w:rPr>
      </w:pPr>
    </w:p>
    <w:p w14:paraId="38997A9C" w14:textId="4545FE17" w:rsidR="5B19BDDA" w:rsidRDefault="5B19BDDA" w:rsidP="5B19BDDA">
      <w:pPr>
        <w:spacing w:line="360" w:lineRule="auto"/>
        <w:rPr>
          <w:b/>
          <w:bCs/>
        </w:rPr>
      </w:pPr>
    </w:p>
    <w:p w14:paraId="6CCE0226" w14:textId="77777777" w:rsidR="00F87413" w:rsidRDefault="7CAD9B60" w:rsidP="5B19BDDA">
      <w:pPr>
        <w:spacing w:line="360" w:lineRule="auto"/>
      </w:pPr>
      <w:r w:rsidRPr="5B19BDDA">
        <w:rPr>
          <w:b/>
          <w:bCs/>
        </w:rPr>
        <w:lastRenderedPageBreak/>
        <w:t>3. EXKLUSIVITÄT</w:t>
      </w:r>
    </w:p>
    <w:p w14:paraId="0ACA73C2" w14:textId="7C2E992D" w:rsidR="00F87413" w:rsidRDefault="7CAD9B60" w:rsidP="5B19BDDA">
      <w:pPr>
        <w:spacing w:line="360" w:lineRule="auto"/>
      </w:pPr>
      <w:r w:rsidRPr="009B1850">
        <w:t>Verlangt der Bieter den Abschluss eine</w:t>
      </w:r>
      <w:r w:rsidR="0E818749" w:rsidRPr="009B1850">
        <w:t>r</w:t>
      </w:r>
      <w:r w:rsidRPr="009B1850">
        <w:t xml:space="preserve"> </w:t>
      </w:r>
      <w:r w:rsidR="070EA806" w:rsidRPr="009B1850">
        <w:t>Gesamtvergabe</w:t>
      </w:r>
      <w:r w:rsidRPr="009B1850">
        <w:t xml:space="preserve"> (Exklusivmandat)?</w:t>
      </w:r>
    </w:p>
    <w:p w14:paraId="142F49C7" w14:textId="77777777" w:rsidR="00F87413" w:rsidRDefault="7CAD9B60" w:rsidP="5B19BDDA">
      <w:pPr>
        <w:spacing w:line="360" w:lineRule="auto"/>
      </w:pPr>
      <w:r>
        <w:t>☐ JA     ☐ NEIN</w:t>
      </w:r>
    </w:p>
    <w:p w14:paraId="67D153ED" w14:textId="77777777" w:rsidR="00F87413" w:rsidRDefault="7CAD9B60" w:rsidP="5B19BDDA">
      <w:pPr>
        <w:spacing w:line="360" w:lineRule="auto"/>
      </w:pPr>
      <w:r w:rsidRPr="009B1850">
        <w:t>Falls JA, bitte die wesentlichen Bedingungen und die vorgeschlagene Dauer der Exklusivität angeben:</w:t>
      </w:r>
    </w:p>
    <w:p w14:paraId="51AB4500" w14:textId="77777777" w:rsidR="00F87413" w:rsidRDefault="7CAD9B60" w:rsidP="5B19BDDA">
      <w:pPr>
        <w:spacing w:line="360" w:lineRule="auto"/>
      </w:pPr>
      <w:r>
        <w:t>________________________________________________________________________</w:t>
      </w:r>
    </w:p>
    <w:p w14:paraId="64AEC977" w14:textId="77777777" w:rsidR="00F87413" w:rsidRDefault="7CAD9B60" w:rsidP="5B19BDDA">
      <w:pPr>
        <w:spacing w:line="360" w:lineRule="auto"/>
      </w:pPr>
      <w:r>
        <w:t>________________________________________________________________________</w:t>
      </w:r>
    </w:p>
    <w:p w14:paraId="0CD11BF0" w14:textId="56B65879" w:rsidR="5B19BDDA" w:rsidRDefault="5B19BDDA" w:rsidP="5B19BDDA">
      <w:pPr>
        <w:spacing w:line="360" w:lineRule="auto"/>
        <w:rPr>
          <w:b/>
          <w:bCs/>
        </w:rPr>
      </w:pPr>
    </w:p>
    <w:p w14:paraId="6ED07890" w14:textId="77777777" w:rsidR="00F87413" w:rsidRDefault="7CAD9B60" w:rsidP="5B19BDDA">
      <w:pPr>
        <w:spacing w:line="360" w:lineRule="auto"/>
      </w:pPr>
      <w:r w:rsidRPr="5B19BDDA">
        <w:rPr>
          <w:b/>
          <w:bCs/>
        </w:rPr>
        <w:t>4. PROVISIONSANSPRUCH NACH VERTRAGSENDE</w:t>
      </w:r>
    </w:p>
    <w:p w14:paraId="37B4BC8D" w14:textId="6789D0D8" w:rsidR="00F87413" w:rsidRDefault="7CAD9B60" w:rsidP="5B19BDDA">
      <w:pPr>
        <w:spacing w:line="360" w:lineRule="auto"/>
      </w:pPr>
      <w:r w:rsidRPr="009B1850">
        <w:t xml:space="preserve">Sieht der Bieter vor, dass ein Anspruch auf Provision bzw. Vergütung auch nach Beendigung des </w:t>
      </w:r>
      <w:r w:rsidR="2654690C" w:rsidRPr="009B1850">
        <w:t>V</w:t>
      </w:r>
      <w:r w:rsidRPr="009B1850">
        <w:t>ertrags entstehen kann?     ☐ JA     ☐ NEIN</w:t>
      </w:r>
    </w:p>
    <w:p w14:paraId="7FB1E37C" w14:textId="77777777" w:rsidR="00F87413" w:rsidRDefault="7CAD9B60" w:rsidP="5B19BDDA">
      <w:pPr>
        <w:spacing w:line="360" w:lineRule="auto"/>
      </w:pPr>
      <w:r w:rsidRPr="009B1850">
        <w:t>Falls JA, bitte die vorgeschlagene Dauer des betreffenden Zeitraums sowie die wesentlichen Voraussetzungen angeben, unter denen ein solcher Anspruch entstehen könnte:</w:t>
      </w:r>
    </w:p>
    <w:p w14:paraId="682CDE22" w14:textId="77777777" w:rsidR="00F87413" w:rsidRDefault="7CAD9B60" w:rsidP="5B19BDDA">
      <w:pPr>
        <w:spacing w:line="360" w:lineRule="auto"/>
      </w:pPr>
      <w:r>
        <w:t>________________________________________________________________________</w:t>
      </w:r>
    </w:p>
    <w:p w14:paraId="1772978B" w14:textId="77777777" w:rsidR="00F87413" w:rsidRDefault="7CAD9B60" w:rsidP="5B19BDDA">
      <w:pPr>
        <w:spacing w:line="360" w:lineRule="auto"/>
      </w:pPr>
      <w:r>
        <w:t>________________________________________________________________________</w:t>
      </w:r>
    </w:p>
    <w:p w14:paraId="05E373BD" w14:textId="77777777" w:rsidR="00F87413" w:rsidRDefault="7CAD9B60" w:rsidP="5B19BDDA">
      <w:pPr>
        <w:spacing w:line="360" w:lineRule="auto"/>
      </w:pPr>
      <w:r w:rsidRPr="5B19BDDA">
        <w:rPr>
          <w:b/>
          <w:bCs/>
        </w:rPr>
        <w:t>5. STANDARDVERTRAG UND/ODER ALLGEMEINE GESCHÄFTSBEDINGUNGEN</w:t>
      </w:r>
    </w:p>
    <w:p w14:paraId="0BC7CA89" w14:textId="56A634EF" w:rsidR="00F87413" w:rsidRDefault="7CAD9B60" w:rsidP="5B19BDDA">
      <w:pPr>
        <w:spacing w:line="360" w:lineRule="auto"/>
      </w:pPr>
      <w:r w:rsidRPr="009B1850">
        <w:t>Verwendet der Bieter einen eigenen Standard-</w:t>
      </w:r>
      <w:r w:rsidR="6821879B" w:rsidRPr="009B1850">
        <w:t>V</w:t>
      </w:r>
      <w:r w:rsidRPr="009B1850">
        <w:t xml:space="preserve">ertrag und/oder </w:t>
      </w:r>
      <w:r w:rsidR="2EAA9C78" w:rsidRPr="009B1850">
        <w:t>A</w:t>
      </w:r>
      <w:r w:rsidRPr="009B1850">
        <w:t xml:space="preserve">llgemeine Geschäftsbedingungen, die er für die betreffende Dienstleistung anzuwenden beabsichtigt?    </w:t>
      </w:r>
      <w:r>
        <w:t xml:space="preserve"> ☐ JA     ☐ NEIN</w:t>
      </w:r>
    </w:p>
    <w:p w14:paraId="11235775" w14:textId="409E186F" w:rsidR="00F87413" w:rsidRDefault="7CAD9B60" w:rsidP="5B19BDDA">
      <w:pPr>
        <w:spacing w:line="360" w:lineRule="auto"/>
      </w:pPr>
      <w:r w:rsidRPr="009B1850">
        <w:t>Falls JA, sind dem Angebot sämtliche Unterlagen beizufügen, die der Bieter auf das Vertragsverhältnis anzuwenden beabsichtigt, einschließlich des Standard-</w:t>
      </w:r>
      <w:r w:rsidR="71EFBC07" w:rsidRPr="009B1850">
        <w:t>V</w:t>
      </w:r>
      <w:r w:rsidRPr="009B1850">
        <w:t xml:space="preserve">ertrags und der </w:t>
      </w:r>
      <w:r w:rsidR="2D4388B3" w:rsidRPr="009B1850">
        <w:t>A</w:t>
      </w:r>
      <w:r w:rsidRPr="009B1850">
        <w:t>llgemeine Geschäftsbedingungen, soweit solche verwendet werden.</w:t>
      </w:r>
    </w:p>
    <w:p w14:paraId="6FBDA661" w14:textId="77777777" w:rsidR="00F87413" w:rsidRDefault="7CAD9B60" w:rsidP="5B19BDDA">
      <w:pPr>
        <w:spacing w:line="360" w:lineRule="auto"/>
      </w:pPr>
      <w:r w:rsidRPr="5B19BDDA">
        <w:rPr>
          <w:b/>
          <w:bCs/>
        </w:rPr>
        <w:t>6. DEM ANGEBOTSFORMBLATT BEIZUFÜGENDE UNTERLAGEN</w:t>
      </w:r>
    </w:p>
    <w:p w14:paraId="13BCC0D8" w14:textId="730B5B8B" w:rsidR="00F87413" w:rsidRDefault="7CAD9B60" w:rsidP="5B19BDDA">
      <w:pPr>
        <w:spacing w:line="360" w:lineRule="auto"/>
      </w:pPr>
      <w:r w:rsidRPr="5B19BDDA">
        <w:t xml:space="preserve">☐ ausgefülltes </w:t>
      </w:r>
      <w:r w:rsidR="23AC537D" w:rsidRPr="5B19BDDA">
        <w:t>Leistungsverzeichnis</w:t>
      </w:r>
      <w:r w:rsidRPr="5B19BDDA">
        <w:t xml:space="preserve">– </w:t>
      </w:r>
      <w:r w:rsidR="5C2A5FC4" w:rsidRPr="5B19BDDA">
        <w:t>finanzielles</w:t>
      </w:r>
      <w:r w:rsidRPr="5B19BDDA">
        <w:t>Angebot (Anlage 2 zur Aufforderung);</w:t>
      </w:r>
    </w:p>
    <w:p w14:paraId="02AE45D6" w14:textId="77777777" w:rsidR="00F87413" w:rsidRDefault="7CAD9B60" w:rsidP="5B19BDDA">
      <w:pPr>
        <w:spacing w:line="360" w:lineRule="auto"/>
      </w:pPr>
      <w:r w:rsidRPr="009B1850">
        <w:t>☐ Beschreibung des angebotenen Leistungsumfangs;</w:t>
      </w:r>
    </w:p>
    <w:p w14:paraId="3AD50E2D" w14:textId="77777777" w:rsidR="00F87413" w:rsidRDefault="7CAD9B60" w:rsidP="5B19BDDA">
      <w:pPr>
        <w:spacing w:line="360" w:lineRule="auto"/>
      </w:pPr>
      <w:r w:rsidRPr="009B1850">
        <w:t>☐ Vorschlag für die Marketing- und Vertriebsstrategie;</w:t>
      </w:r>
    </w:p>
    <w:p w14:paraId="59048087" w14:textId="77777777" w:rsidR="00F87413" w:rsidRDefault="7CAD9B60" w:rsidP="5B19BDDA">
      <w:pPr>
        <w:spacing w:line="360" w:lineRule="auto"/>
      </w:pPr>
      <w:r w:rsidRPr="009B1850">
        <w:t>☐ Angaben zu Erfahrungen und Referenzen bei vergleichbaren Aufträgen;</w:t>
      </w:r>
    </w:p>
    <w:p w14:paraId="2856ED9A" w14:textId="77777777" w:rsidR="00F87413" w:rsidRDefault="7CAD9B60" w:rsidP="5B19BDDA">
      <w:pPr>
        <w:spacing w:line="360" w:lineRule="auto"/>
      </w:pPr>
      <w:r w:rsidRPr="009B1850">
        <w:t>☐ Angaben zur lokalen, nationalen und internationalen Reichweite sowie zum Zugang zu potenziellen Käufern;</w:t>
      </w:r>
    </w:p>
    <w:p w14:paraId="082588ED" w14:textId="77777777" w:rsidR="00F87413" w:rsidRDefault="7CAD9B60" w:rsidP="5B19BDDA">
      <w:pPr>
        <w:spacing w:line="360" w:lineRule="auto"/>
      </w:pPr>
      <w:r w:rsidRPr="009B1850">
        <w:lastRenderedPageBreak/>
        <w:t>☐ Beschreibung des vorgeschlagenen zeitlichen Ablaufs der Leistungserbringung;</w:t>
      </w:r>
    </w:p>
    <w:p w14:paraId="75AC91E4" w14:textId="20C685EA" w:rsidR="00F87413" w:rsidRDefault="7CAD9B60" w:rsidP="5B19BDDA">
      <w:pPr>
        <w:spacing w:line="360" w:lineRule="auto"/>
      </w:pPr>
      <w:r w:rsidRPr="009B1850">
        <w:t xml:space="preserve">☐ sämtliche Standard-Maklerverträge und </w:t>
      </w:r>
      <w:r w:rsidR="3EC0A313" w:rsidRPr="009B1850">
        <w:t>A</w:t>
      </w:r>
      <w:r w:rsidRPr="5B19BDDA">
        <w:t>llgemeine</w:t>
      </w:r>
      <w:r w:rsidRPr="009B1850">
        <w:t xml:space="preserve"> Geschäftsbedingungen, die der Bieter anzuwenden beabsichtigt, soweit vorhanden;</w:t>
      </w:r>
    </w:p>
    <w:p w14:paraId="0D2380A1" w14:textId="77777777" w:rsidR="00F87413" w:rsidRDefault="7CAD9B60" w:rsidP="5B19BDDA">
      <w:pPr>
        <w:spacing w:line="360" w:lineRule="auto"/>
      </w:pPr>
      <w:r w:rsidRPr="009B1850">
        <w:t>☐ weitere Unterlagen, die der Bieter für die Bewertung seines Angebots als relevant erachtet: ____________________________.</w:t>
      </w:r>
    </w:p>
    <w:p w14:paraId="0BEB7A88" w14:textId="310991AE" w:rsidR="00F87413" w:rsidRDefault="7CAD9B60" w:rsidP="5B19BDDA">
      <w:pPr>
        <w:spacing w:line="360" w:lineRule="auto"/>
      </w:pPr>
      <w:r w:rsidRPr="5B19BDDA">
        <w:rPr>
          <w:b/>
          <w:bCs/>
        </w:rPr>
        <w:t>7. BINDUNGSFRIST DES ANGEBOTS</w:t>
      </w:r>
    </w:p>
    <w:p w14:paraId="30DEB084" w14:textId="11AD0317" w:rsidR="00F87413" w:rsidRDefault="7CAD9B60" w:rsidP="5B19BDDA">
      <w:pPr>
        <w:spacing w:line="360" w:lineRule="auto"/>
      </w:pPr>
      <w:r w:rsidRPr="009B1850">
        <w:t xml:space="preserve">Das Angebot </w:t>
      </w:r>
      <w:r w:rsidR="4DD9CA81" w:rsidRPr="009B1850">
        <w:t>ist</w:t>
      </w:r>
      <w:r w:rsidRPr="009B1850">
        <w:t xml:space="preserve"> mindestens 90 Tage nach Ablauf der Frist für die Angebotsabgabe gültig.</w:t>
      </w:r>
    </w:p>
    <w:p w14:paraId="37F27A5F" w14:textId="77777777" w:rsidR="00F87413" w:rsidRDefault="7CAD9B60" w:rsidP="5B19BDDA">
      <w:pPr>
        <w:spacing w:line="360" w:lineRule="auto"/>
      </w:pPr>
      <w:r w:rsidRPr="5B19BDDA">
        <w:rPr>
          <w:b/>
          <w:bCs/>
        </w:rPr>
        <w:t>8. ERKLÄRUNG DES BIETERS</w:t>
      </w:r>
    </w:p>
    <w:p w14:paraId="37F5596E" w14:textId="786181E1" w:rsidR="00F87413" w:rsidRDefault="7CAD9B60" w:rsidP="5B19BDDA">
      <w:pPr>
        <w:spacing w:line="360" w:lineRule="auto"/>
      </w:pPr>
      <w:r w:rsidRPr="009B1850">
        <w:t>Der Bieter bestätigt, dass er den Inhalt der Aufforderung zur Angebotsabgabe und der zugehörigen Vergabeunterlagen zur Kenntnis genommen hat und sein Angebot entsprechend den in der Aufforderung festgelegten Bedingungen und Anforderungen einreicht.</w:t>
      </w:r>
    </w:p>
    <w:p w14:paraId="65BE4436" w14:textId="6E77F23C" w:rsidR="00F87413" w:rsidRDefault="7CAD9B60" w:rsidP="5B19BDDA">
      <w:pPr>
        <w:spacing w:line="360" w:lineRule="auto"/>
      </w:pPr>
      <w:r w:rsidRPr="5B19BDDA">
        <w:t xml:space="preserve">Der Bieter bestätigt, dass die Angaben in diesem Angebotsformblatt und in den übrigen eingereichten Unterlagen wahrheitsgemäß und vollständig sind und dass im </w:t>
      </w:r>
      <w:r w:rsidR="6A2745A7" w:rsidRPr="5B19BDDA">
        <w:t xml:space="preserve">Leistungsverzeichnis </w:t>
      </w:r>
      <w:r w:rsidRPr="5B19BDDA">
        <w:t>– finanzielles Angebot sämtliche Vergütungen, Provisionen, zusätzlichen Kosten und sonstigen finanziellen Verpflichtungen ausgewiesen sind, die nach dem angebotenen Beauftragungsmodell die Republik Kroatien belasten könnten, entsprechend den Anforderungen der Aufforderung.</w:t>
      </w:r>
    </w:p>
    <w:p w14:paraId="67B86DB2" w14:textId="6931B050" w:rsidR="5B19BDDA" w:rsidRDefault="5B19BDDA" w:rsidP="5B19BDDA">
      <w:pPr>
        <w:spacing w:line="360" w:lineRule="auto"/>
      </w:pPr>
    </w:p>
    <w:tbl>
      <w:tblPr>
        <w:tblStyle w:val="TableGrid"/>
        <w:tblW w:w="0" w:type="auto"/>
        <w:jc w:val="center"/>
        <w:tblLook w:val="04A0" w:firstRow="1" w:lastRow="0" w:firstColumn="1" w:lastColumn="0" w:noHBand="0" w:noVBand="1"/>
      </w:tblPr>
      <w:tblGrid>
        <w:gridCol w:w="4925"/>
        <w:gridCol w:w="4923"/>
      </w:tblGrid>
      <w:tr w:rsidR="00F87413" w14:paraId="7532B846" w14:textId="77777777" w:rsidTr="00611354">
        <w:trPr>
          <w:jc w:val="center"/>
        </w:trPr>
        <w:tc>
          <w:tcPr>
            <w:tcW w:w="4929" w:type="dxa"/>
            <w:shd w:val="clear" w:color="auto" w:fill="D9D9D9" w:themeFill="background1" w:themeFillShade="D9"/>
          </w:tcPr>
          <w:p w14:paraId="2FE079AD" w14:textId="77777777" w:rsidR="00F87413" w:rsidRDefault="7CAD9B60" w:rsidP="5B19BDDA">
            <w:pPr>
              <w:spacing w:after="0" w:line="360" w:lineRule="auto"/>
            </w:pPr>
            <w:r>
              <w:t>Ort und Datum</w:t>
            </w:r>
          </w:p>
        </w:tc>
        <w:tc>
          <w:tcPr>
            <w:tcW w:w="4929" w:type="dxa"/>
          </w:tcPr>
          <w:p w14:paraId="44EAFD9C" w14:textId="1540CF46" w:rsidR="00122DEA" w:rsidRDefault="00122DEA" w:rsidP="5B19BDDA">
            <w:pPr>
              <w:spacing w:after="0" w:line="360" w:lineRule="auto"/>
            </w:pPr>
          </w:p>
        </w:tc>
      </w:tr>
      <w:tr w:rsidR="00F87413" w14:paraId="36C94EFC" w14:textId="77777777" w:rsidTr="00611354">
        <w:trPr>
          <w:jc w:val="center"/>
        </w:trPr>
        <w:tc>
          <w:tcPr>
            <w:tcW w:w="4929" w:type="dxa"/>
            <w:shd w:val="clear" w:color="auto" w:fill="D9D9D9" w:themeFill="background1" w:themeFillShade="D9"/>
          </w:tcPr>
          <w:p w14:paraId="4FA1FDE3" w14:textId="01630959" w:rsidR="00F87413" w:rsidRDefault="7CAD9B60" w:rsidP="5B19BDDA">
            <w:pPr>
              <w:spacing w:after="0" w:line="360" w:lineRule="auto"/>
            </w:pPr>
            <w:r w:rsidRPr="009B1850">
              <w:t xml:space="preserve">Vor- und Nachname der </w:t>
            </w:r>
            <w:r w:rsidR="5EC2936E" w:rsidRPr="009B1850">
              <w:t xml:space="preserve">befugten </w:t>
            </w:r>
            <w:r w:rsidRPr="009B1850">
              <w:t>Person</w:t>
            </w:r>
          </w:p>
        </w:tc>
        <w:tc>
          <w:tcPr>
            <w:tcW w:w="4929" w:type="dxa"/>
          </w:tcPr>
          <w:p w14:paraId="4B94D5A5" w14:textId="604E8BF9" w:rsidR="00122DEA" w:rsidRDefault="00122DEA" w:rsidP="5B19BDDA">
            <w:pPr>
              <w:spacing w:after="0" w:line="360" w:lineRule="auto"/>
            </w:pPr>
          </w:p>
        </w:tc>
      </w:tr>
      <w:tr w:rsidR="00F87413" w14:paraId="627832E5" w14:textId="77777777" w:rsidTr="00611354">
        <w:trPr>
          <w:jc w:val="center"/>
        </w:trPr>
        <w:tc>
          <w:tcPr>
            <w:tcW w:w="4929" w:type="dxa"/>
            <w:shd w:val="clear" w:color="auto" w:fill="D9D9D9" w:themeFill="background1" w:themeFillShade="D9"/>
          </w:tcPr>
          <w:p w14:paraId="0E695ED1" w14:textId="77777777" w:rsidR="00F87413" w:rsidRDefault="7CAD9B60" w:rsidP="5B19BDDA">
            <w:pPr>
              <w:spacing w:after="0" w:line="360" w:lineRule="auto"/>
            </w:pPr>
            <w:r w:rsidRPr="5B19BDDA">
              <w:rPr>
                <w:lang w:val="en-US"/>
              </w:rPr>
              <w:t>Funktion</w:t>
            </w:r>
          </w:p>
        </w:tc>
        <w:tc>
          <w:tcPr>
            <w:tcW w:w="4929" w:type="dxa"/>
          </w:tcPr>
          <w:p w14:paraId="3DEEC669" w14:textId="414732B5" w:rsidR="00122DEA" w:rsidRDefault="00122DEA" w:rsidP="5B19BDDA">
            <w:pPr>
              <w:spacing w:after="0" w:line="360" w:lineRule="auto"/>
            </w:pPr>
          </w:p>
        </w:tc>
      </w:tr>
      <w:tr w:rsidR="00F87413" w14:paraId="2E432BB0" w14:textId="77777777" w:rsidTr="00611354">
        <w:trPr>
          <w:jc w:val="center"/>
        </w:trPr>
        <w:tc>
          <w:tcPr>
            <w:tcW w:w="4929" w:type="dxa"/>
            <w:shd w:val="clear" w:color="auto" w:fill="D9D9D9" w:themeFill="background1" w:themeFillShade="D9"/>
          </w:tcPr>
          <w:p w14:paraId="5B9B9538" w14:textId="2C33BEC8" w:rsidR="00F87413" w:rsidRDefault="7CAD9B60" w:rsidP="5B19BDDA">
            <w:pPr>
              <w:spacing w:after="0" w:line="360" w:lineRule="auto"/>
            </w:pPr>
            <w:r w:rsidRPr="5B19BDDA">
              <w:rPr>
                <w:lang w:val="en-US"/>
              </w:rPr>
              <w:t xml:space="preserve">Unterschrift der </w:t>
            </w:r>
            <w:r w:rsidR="24C8E2AB" w:rsidRPr="5B19BDDA">
              <w:rPr>
                <w:lang w:val="en-US"/>
              </w:rPr>
              <w:t xml:space="preserve">befugten </w:t>
            </w:r>
            <w:r w:rsidRPr="5B19BDDA">
              <w:rPr>
                <w:lang w:val="en-US"/>
              </w:rPr>
              <w:t>Person</w:t>
            </w:r>
          </w:p>
        </w:tc>
        <w:tc>
          <w:tcPr>
            <w:tcW w:w="4929" w:type="dxa"/>
          </w:tcPr>
          <w:p w14:paraId="4FD988A8" w14:textId="77777777" w:rsidR="00F87413" w:rsidRDefault="00F87413" w:rsidP="5B19BDDA">
            <w:pPr>
              <w:spacing w:after="0" w:line="360" w:lineRule="auto"/>
            </w:pPr>
          </w:p>
          <w:p w14:paraId="3656B9AB" w14:textId="071BC823" w:rsidR="00122DEA" w:rsidRDefault="00122DEA" w:rsidP="5B19BDDA">
            <w:pPr>
              <w:spacing w:after="0" w:line="360" w:lineRule="auto"/>
            </w:pPr>
          </w:p>
        </w:tc>
      </w:tr>
    </w:tbl>
    <w:p w14:paraId="45FB0818" w14:textId="77777777" w:rsidR="00D2092B" w:rsidRDefault="00D2092B" w:rsidP="5B19BDDA">
      <w:pPr>
        <w:spacing w:line="360" w:lineRule="auto"/>
      </w:pPr>
    </w:p>
    <w:sectPr w:rsidR="00D2092B" w:rsidSect="00034616">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D85"/>
    <w:rsid w:val="00122DEA"/>
    <w:rsid w:val="0015074B"/>
    <w:rsid w:val="0029639D"/>
    <w:rsid w:val="00326F90"/>
    <w:rsid w:val="00492699"/>
    <w:rsid w:val="00611354"/>
    <w:rsid w:val="006B6B66"/>
    <w:rsid w:val="009B1850"/>
    <w:rsid w:val="00AA1D8D"/>
    <w:rsid w:val="00B47730"/>
    <w:rsid w:val="00B6260E"/>
    <w:rsid w:val="00C057A3"/>
    <w:rsid w:val="00CB0664"/>
    <w:rsid w:val="00D2092B"/>
    <w:rsid w:val="00F87413"/>
    <w:rsid w:val="00FC693F"/>
    <w:rsid w:val="01FF4F28"/>
    <w:rsid w:val="022B8840"/>
    <w:rsid w:val="070EA806"/>
    <w:rsid w:val="0A836566"/>
    <w:rsid w:val="0C79174E"/>
    <w:rsid w:val="0E818749"/>
    <w:rsid w:val="12661494"/>
    <w:rsid w:val="12CC25C1"/>
    <w:rsid w:val="13A0BDC4"/>
    <w:rsid w:val="1AEDD7E3"/>
    <w:rsid w:val="21B6803C"/>
    <w:rsid w:val="23960690"/>
    <w:rsid w:val="23AC537D"/>
    <w:rsid w:val="24C8E2AB"/>
    <w:rsid w:val="2654690C"/>
    <w:rsid w:val="2D4388B3"/>
    <w:rsid w:val="2EAA9C78"/>
    <w:rsid w:val="31E0CAEE"/>
    <w:rsid w:val="368F54C0"/>
    <w:rsid w:val="3C8EA377"/>
    <w:rsid w:val="3EC0A313"/>
    <w:rsid w:val="4148264D"/>
    <w:rsid w:val="43B6D884"/>
    <w:rsid w:val="43F15283"/>
    <w:rsid w:val="4579A1C3"/>
    <w:rsid w:val="4A72A383"/>
    <w:rsid w:val="4DD9CA81"/>
    <w:rsid w:val="4DF4DFF1"/>
    <w:rsid w:val="4F41DF46"/>
    <w:rsid w:val="58A4D16A"/>
    <w:rsid w:val="59CCCC0E"/>
    <w:rsid w:val="5B19BDDA"/>
    <w:rsid w:val="5C2A5FC4"/>
    <w:rsid w:val="5EC2936E"/>
    <w:rsid w:val="5FBD2333"/>
    <w:rsid w:val="6189B900"/>
    <w:rsid w:val="651BFC9A"/>
    <w:rsid w:val="670E69C1"/>
    <w:rsid w:val="6821879B"/>
    <w:rsid w:val="68EF688F"/>
    <w:rsid w:val="6A2745A7"/>
    <w:rsid w:val="6A820C77"/>
    <w:rsid w:val="71EFBC07"/>
    <w:rsid w:val="7837C187"/>
    <w:rsid w:val="7CAD9B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3447F"/>
  <w14:defaultImageDpi w14:val="300"/>
  <w15:docId w15:val="{0F608F91-16C6-4C21-A46A-BE42D55F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5B19BDDA"/>
    <w:pPr>
      <w:spacing w:after="100"/>
    </w:pPr>
    <w:rPr>
      <w:rFonts w:ascii="Times New Roman" w:hAnsi="Times New Roman"/>
      <w:sz w:val="24"/>
      <w:szCs w:val="24"/>
      <w:lang w:val="de-DE"/>
    </w:rPr>
  </w:style>
  <w:style w:type="paragraph" w:styleId="Heading1">
    <w:name w:val="heading 1"/>
    <w:basedOn w:val="Normal"/>
    <w:next w:val="Normal"/>
    <w:link w:val="Heading1Char"/>
    <w:uiPriority w:val="9"/>
    <w:qFormat/>
    <w:rsid w:val="5B19BD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5B19BD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5B19BDD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5B19BDD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5B19BDDA"/>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5B19BDDA"/>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5B19BDD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5B19BDDA"/>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5B19BD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5B19B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5B19B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5B19BD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5B19BDDA"/>
    <w:rPr>
      <w:rFonts w:asciiTheme="majorHAnsi" w:eastAsiaTheme="majorEastAsia" w:hAnsiTheme="majorHAnsi" w:cstheme="majorBidi"/>
      <w:i/>
      <w:iCs/>
      <w:color w:val="4F81BD" w:themeColor="accent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5B19BDDA"/>
    <w:pPr>
      <w:ind w:left="720"/>
      <w:contextualSpacing/>
    </w:pPr>
  </w:style>
  <w:style w:type="paragraph" w:styleId="BodyText">
    <w:name w:val="Body Text"/>
    <w:basedOn w:val="Normal"/>
    <w:link w:val="BodyTextChar"/>
    <w:uiPriority w:val="99"/>
    <w:unhideWhenUsed/>
    <w:rsid w:val="5B19BDDA"/>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5B19BDDA"/>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5B19BDDA"/>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5B19BDDA"/>
    <w:pPr>
      <w:ind w:left="360" w:hanging="360"/>
      <w:contextualSpacing/>
    </w:pPr>
  </w:style>
  <w:style w:type="paragraph" w:styleId="List2">
    <w:name w:val="List 2"/>
    <w:basedOn w:val="Normal"/>
    <w:uiPriority w:val="99"/>
    <w:unhideWhenUsed/>
    <w:rsid w:val="5B19BDDA"/>
    <w:pPr>
      <w:ind w:left="720" w:hanging="360"/>
      <w:contextualSpacing/>
    </w:pPr>
  </w:style>
  <w:style w:type="paragraph" w:styleId="List3">
    <w:name w:val="List 3"/>
    <w:basedOn w:val="Normal"/>
    <w:uiPriority w:val="99"/>
    <w:unhideWhenUsed/>
    <w:rsid w:val="5B19BDDA"/>
    <w:pPr>
      <w:ind w:left="1080" w:hanging="360"/>
      <w:contextualSpacing/>
    </w:pPr>
  </w:style>
  <w:style w:type="paragraph" w:styleId="ListBullet">
    <w:name w:val="List Bullet"/>
    <w:basedOn w:val="Normal"/>
    <w:uiPriority w:val="99"/>
    <w:unhideWhenUsed/>
    <w:rsid w:val="5B19BDDA"/>
    <w:pPr>
      <w:numPr>
        <w:numId w:val="1"/>
      </w:numPr>
      <w:contextualSpacing/>
    </w:pPr>
  </w:style>
  <w:style w:type="paragraph" w:styleId="ListBullet2">
    <w:name w:val="List Bullet 2"/>
    <w:basedOn w:val="Normal"/>
    <w:uiPriority w:val="99"/>
    <w:unhideWhenUsed/>
    <w:rsid w:val="5B19BDDA"/>
    <w:pPr>
      <w:numPr>
        <w:numId w:val="2"/>
      </w:numPr>
      <w:contextualSpacing/>
    </w:pPr>
  </w:style>
  <w:style w:type="paragraph" w:styleId="ListBullet3">
    <w:name w:val="List Bullet 3"/>
    <w:basedOn w:val="Normal"/>
    <w:uiPriority w:val="99"/>
    <w:unhideWhenUsed/>
    <w:rsid w:val="5B19BDDA"/>
    <w:pPr>
      <w:numPr>
        <w:numId w:val="3"/>
      </w:numPr>
      <w:contextualSpacing/>
    </w:pPr>
  </w:style>
  <w:style w:type="paragraph" w:styleId="ListNumber">
    <w:name w:val="List Number"/>
    <w:basedOn w:val="Normal"/>
    <w:uiPriority w:val="99"/>
    <w:unhideWhenUsed/>
    <w:rsid w:val="5B19BDDA"/>
    <w:pPr>
      <w:numPr>
        <w:numId w:val="5"/>
      </w:numPr>
      <w:contextualSpacing/>
    </w:pPr>
  </w:style>
  <w:style w:type="paragraph" w:styleId="ListNumber2">
    <w:name w:val="List Number 2"/>
    <w:basedOn w:val="Normal"/>
    <w:uiPriority w:val="99"/>
    <w:unhideWhenUsed/>
    <w:rsid w:val="5B19BDDA"/>
    <w:pPr>
      <w:numPr>
        <w:numId w:val="6"/>
      </w:numPr>
      <w:contextualSpacing/>
    </w:pPr>
  </w:style>
  <w:style w:type="paragraph" w:styleId="ListNumber3">
    <w:name w:val="List Number 3"/>
    <w:basedOn w:val="Normal"/>
    <w:uiPriority w:val="99"/>
    <w:unhideWhenUsed/>
    <w:rsid w:val="5B19BDDA"/>
    <w:pPr>
      <w:numPr>
        <w:numId w:val="7"/>
      </w:numPr>
      <w:contextualSpacing/>
    </w:pPr>
  </w:style>
  <w:style w:type="paragraph" w:styleId="ListContinue">
    <w:name w:val="List Continue"/>
    <w:basedOn w:val="Normal"/>
    <w:uiPriority w:val="99"/>
    <w:unhideWhenUsed/>
    <w:rsid w:val="5B19BDDA"/>
    <w:pPr>
      <w:spacing w:after="120"/>
      <w:ind w:left="360"/>
      <w:contextualSpacing/>
    </w:pPr>
  </w:style>
  <w:style w:type="paragraph" w:styleId="ListContinue2">
    <w:name w:val="List Continue 2"/>
    <w:basedOn w:val="Normal"/>
    <w:uiPriority w:val="99"/>
    <w:unhideWhenUsed/>
    <w:rsid w:val="5B19BDDA"/>
    <w:pPr>
      <w:spacing w:after="120"/>
      <w:ind w:left="720"/>
      <w:contextualSpacing/>
    </w:pPr>
  </w:style>
  <w:style w:type="paragraph" w:styleId="ListContinue3">
    <w:name w:val="List Continue 3"/>
    <w:basedOn w:val="Normal"/>
    <w:uiPriority w:val="99"/>
    <w:unhideWhenUsed/>
    <w:rsid w:val="5B19BDDA"/>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5B19BDDA"/>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5B19BDDA"/>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5B19BDD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14ACA-C993-43C3-8162-564472911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Mladen Nimac</cp:lastModifiedBy>
  <cp:revision>5</cp:revision>
  <cp:lastPrinted>2026-10-23T08:26:00Z</cp:lastPrinted>
  <dcterms:created xsi:type="dcterms:W3CDTF">2026-10-23T07:59:00Z</dcterms:created>
  <dcterms:modified xsi:type="dcterms:W3CDTF">2026-10-23T12:38:00Z</dcterms:modified>
  <cp:category/>
</cp:coreProperties>
</file>